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แบบคำร้องขอใช้สิทธิของเจ้าของข้อมูลส่วนบุคคล</w:t>
      </w:r>
    </w:p>
    <w:p>
      <w:r>
        <w:t>วิทยาลัยเทคนิคนครศรีธรรมราช</w:t>
      </w:r>
    </w:p>
    <w:p>
      <w:pPr>
        <w:pStyle w:val="Heading1"/>
      </w:pPr>
      <w:r>
        <w:t>ข้อมูลผู้ยื่นคำร้อง</w:t>
      </w:r>
    </w:p>
    <w:p>
      <w:r>
        <w:t>ชื่อ-นามสกุล: ........................................................</w:t>
        <w:br/>
        <w:t>เลขประจำตัว/เลขอ้างอิง: ...........................................</w:t>
        <w:br/>
        <w:t>โทรศัพท์: ................................  อีเมล: ........................</w:t>
      </w:r>
    </w:p>
    <w:p>
      <w:pPr>
        <w:pStyle w:val="Heading1"/>
      </w:pPr>
      <w:r>
        <w:t>ประเภทคำร้อง</w:t>
      </w:r>
    </w:p>
    <w:p>
      <w:r>
        <w:t>☐ ขอเข้าถึงข้อมูล  ☐ ขอรับสำเนา  ☐ ขอแก้ไข  ☐ ขอลบ/ทำลาย</w:t>
        <w:br/>
        <w:t>☐ ขอระงับการใช้  ☐ ขอคัดค้าน  ☐ ขอถอนความยินยอม  ☐ ขอรับ/โอนข้อมูล</w:t>
      </w:r>
    </w:p>
    <w:p>
      <w:pPr>
        <w:pStyle w:val="Heading1"/>
      </w:pPr>
      <w:r>
        <w:t>รายละเอียดคำร้อง</w:t>
      </w:r>
    </w:p>
    <w:p>
      <w:r>
        <w:t>................................................................................................</w:t>
        <w:br/>
        <w:t>................................................................................................</w:t>
      </w:r>
    </w:p>
    <w:p>
      <w:pPr>
        <w:pStyle w:val="Heading1"/>
      </w:pPr>
      <w:r>
        <w:t>เอกสารประกอบ</w:t>
      </w:r>
    </w:p>
    <w:p>
      <w:r>
        <w:t>☐ เอกสารยืนยันตัวตน  ☐ เอกสารแสดงอำนาจแทน  ☐ อื่น ๆ ......................</w:t>
      </w:r>
    </w:p>
    <w:p>
      <w:r>
        <w:br/>
        <w:t>ลงชื่อ ............................................................</w:t>
        <w:br/>
        <w:t>วันที่ ........../........../............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