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แบบรายงานเหตุละเมิดข้อมูลส่วนบุคคล</w:t>
      </w:r>
    </w:p>
    <w:p>
      <w:r>
        <w:t>วิทยาลัยเทคนิคนครศรีธรรมราช</w:t>
      </w:r>
    </w:p>
    <w:p>
      <w:pPr>
        <w:pStyle w:val="Heading1"/>
      </w:pPr>
      <w:r>
        <w:t>ข้อมูลเหตุการณ์</w:t>
      </w:r>
    </w:p>
    <w:p>
      <w:r>
        <w:t>วันที่/เวลาที่พบเหตุ: ................................................</w:t>
        <w:br/>
        <w:t>ผู้แจ้งเหตุ: ................................ หน่วยงาน: ........................</w:t>
      </w:r>
    </w:p>
    <w:p>
      <w:pPr>
        <w:pStyle w:val="Heading1"/>
      </w:pPr>
      <w:r>
        <w:t>ประเภทเหตุ</w:t>
      </w:r>
    </w:p>
    <w:p>
      <w:r>
        <w:t>☐ ข้อมูลรั่วไหล ☐ เข้าถึงโดยไม่ได้รับอนุญาต ☐ เปิดเผยผิดคน</w:t>
        <w:br/>
        <w:t>☐ ข้อมูลสูญหาย ☐ Malware/Ransomware ☐ อื่น ๆ ................</w:t>
      </w:r>
    </w:p>
    <w:p>
      <w:pPr>
        <w:pStyle w:val="Heading1"/>
      </w:pPr>
      <w:r>
        <w:t>รายละเอียด</w:t>
      </w:r>
    </w:p>
    <w:p>
      <w:r>
        <w:t>................................................................................................</w:t>
      </w:r>
    </w:p>
    <w:p>
      <w:pPr>
        <w:pStyle w:val="Heading1"/>
      </w:pPr>
      <w:r>
        <w:t>ข้อมูลที่ได้รับผลกระทบ</w:t>
      </w:r>
    </w:p>
    <w:p>
      <w:r>
        <w:t>ประเภทข้อมูล: ........................................................</w:t>
        <w:br/>
        <w:t>จำนวนเจ้าของข้อมูลโดยประมาณ: ....................................</w:t>
      </w:r>
    </w:p>
    <w:p>
      <w:pPr>
        <w:pStyle w:val="Heading1"/>
      </w:pPr>
      <w:r>
        <w:t>การดำเนินการเบื้องต้น</w:t>
      </w:r>
    </w:p>
    <w:p>
      <w:r>
        <w:t>................................................................................................</w:t>
      </w:r>
    </w:p>
    <w:p>
      <w:pPr>
        <w:pStyle w:val="Heading1"/>
      </w:pPr>
      <w:r>
        <w:t>การประเมินความเสี่ยง</w:t>
      </w:r>
    </w:p>
    <w:p>
      <w:r>
        <w:t>☐ ต่ำ ☐ ปานกลาง ☐ สูง ☐ ร้ายแรง</w:t>
      </w:r>
    </w:p>
    <w:p>
      <w:r>
        <w:br/>
        <w:t>ลงชื่อ ............................................................</w:t>
        <w:br/>
        <w:t>วันที่ ........../........../............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