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แบบขอความยินยอม (Consent Form)</w:t>
      </w:r>
    </w:p>
    <w:p>
      <w:r>
        <w:t>วิทยาลัยเทคนิคนครศรีธรรมราช</w:t>
      </w:r>
    </w:p>
    <w:p>
      <w:pPr>
        <w:pStyle w:val="Heading1"/>
      </w:pPr>
      <w:r>
        <w:t>ข้อมูลผู้ให้ความยินยอม</w:t>
      </w:r>
    </w:p>
    <w:p>
      <w:r>
        <w:t>ชื่อ-นามสกุล: ........................................................</w:t>
      </w:r>
    </w:p>
    <w:p>
      <w:pPr>
        <w:pStyle w:val="Heading1"/>
      </w:pPr>
      <w:r>
        <w:t>วัตถุประสงค์</w:t>
      </w:r>
    </w:p>
    <w:p>
      <w:r>
        <w:t>☐ ใช้ภาพถ่ายประชาสัมพันธ์กิจกรรม</w:t>
        <w:br/>
        <w:t>☐ เผยแพร่ภาพ/วีดิทัศน์ผ่านสื่อของวิทยาลัย</w:t>
        <w:br/>
        <w:t>☐ เผยแพร่ผลงาน/กิจกรรม</w:t>
        <w:br/>
        <w:t>☐ อื่น ๆ ................................................</w:t>
      </w:r>
    </w:p>
    <w:p>
      <w:pPr>
        <w:pStyle w:val="Heading1"/>
      </w:pPr>
      <w:r>
        <w:t>การรับทราบ</w:t>
      </w:r>
    </w:p>
    <w:p>
      <w:r>
        <w:t>ข้าพเจ้าได้รับทราบรายละเอียดการประมวลผลข้อมูลและสิทธิของเจ้าของข้อมูลแล้ว และสามารถถอนความยินยอมได้ตามเงื่อนไขของกฎหมาย</w:t>
      </w:r>
    </w:p>
    <w:p>
      <w:r>
        <w:br/>
        <w:t>ลงชื่อ ............................................................</w:t>
        <w:br/>
        <w:t>วันที่ ........../........../............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